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OBCHODNÍ PODMÍNKY</w:t>
      </w:r>
    </w:p>
    <w:p>
      <w:pPr>
        <w:jc w:val="center"/>
      </w:pPr>
      <w:r>
        <w:rPr>
          <w:b w:val="0"/>
        </w:rPr>
        <w:t>pro prodej zboží prostřednictvím internetových stránek www.evmoto.cz</w:t>
      </w:r>
    </w:p>
    <w:p>
      <w:r>
        <w:rPr>
          <w:b w:val="0"/>
        </w:rPr>
        <w:t>IRON SYSTEM a.s., se sídlem Karlov 2223, 594 01 Velké Meziříčí, IČO: 04285654, e-mail: evmoto@ironsystem.cz, tel.: +420 603 715 755</w:t>
      </w:r>
    </w:p>
    <w:p>
      <w:r>
        <w:rPr>
          <w:b w:val="0"/>
        </w:rPr>
        <w:t>Provozovna pro osobní odběr a reklamace: Sazomín 59, Česká republika</w:t>
      </w:r>
    </w:p>
    <w:p>
      <w:pPr>
        <w:pStyle w:val="Heading1"/>
      </w:pPr>
      <w:r>
        <w:t>1. Úvodní ustanovení</w:t>
      </w:r>
    </w:p>
    <w:p>
      <w:r>
        <w:rPr>
          <w:b w:val="0"/>
        </w:rPr>
        <w:t>1.1. Tyto obchodní podmínky upravují práva a povinnosti mezi společností IRON SYSTEM a.s. jako prodávajícím a zákazníkem jako kupujícím při prodeji motocyklů, elektrických motocyklů, příslušenství, náhradních dílů a dalšího zboží prostřednictvím internetových stránek EVmoto.cz.</w:t>
      </w:r>
    </w:p>
    <w:p>
      <w:r>
        <w:rPr>
          <w:b w:val="0"/>
        </w:rPr>
        <w:t>1.2. Tyto obchodní podmínky se vztahují na kupující, kteří jsou spotřebiteli, i na kupující, kteří při uzavírání smlouvy jednají v rámci své podnikatelské činnosti.</w:t>
      </w:r>
    </w:p>
    <w:p>
      <w:r>
        <w:rPr>
          <w:b w:val="0"/>
        </w:rPr>
        <w:t>1.3. Prodávající nabízí prostřednictvím EVmoto.cz zejména elektrické motocykly různých značek a modelů, včetně nových, předváděcích a použitých motocyklů.</w:t>
      </w:r>
    </w:p>
    <w:p>
      <w:r>
        <w:rPr>
          <w:b w:val="0"/>
        </w:rPr>
        <w:t>1.4. Půjčovna elektrických motocyklů se řídí samostatnými Podmínkami pronájmu motocyklů.</w:t>
      </w:r>
    </w:p>
    <w:p>
      <w:pPr>
        <w:pStyle w:val="Heading1"/>
      </w:pPr>
      <w:r>
        <w:t>2. Objednávka a uzavření kupní smlouvy</w:t>
      </w:r>
    </w:p>
    <w:p>
      <w:r>
        <w:rPr>
          <w:b w:val="0"/>
        </w:rPr>
        <w:t>2.1. Nabídka zboží na EVmoto.cz je informativní a nepředstavuje sama o sobě návrh na uzavření kupní smlouvy, není-li u konkrétního produktu uvedeno jinak.</w:t>
      </w:r>
    </w:p>
    <w:p>
      <w:r>
        <w:rPr>
          <w:b w:val="0"/>
        </w:rPr>
        <w:t>2.2. Objednávka může být realizována prostřednictvím kontaktního formuláře, e-mailu, telefonu nebo osobně. Prodávající následně se zákazníkem dohodne konkrétní model, specifikaci, cenu, způsob platby a způsob dodání.</w:t>
      </w:r>
    </w:p>
    <w:p>
      <w:r>
        <w:rPr>
          <w:b w:val="0"/>
        </w:rPr>
        <w:t>2.3. Prodávající může v budoucnu umožnit objednání zboží prostřednictvím elektronického nákupního košíku. V takovém případě bude postup uzavření smlouvy upraven funkcemi konkrétní verze e-shopu.</w:t>
      </w:r>
    </w:p>
    <w:p>
      <w:r>
        <w:rPr>
          <w:b w:val="0"/>
        </w:rPr>
        <w:t>2.4. Kupní smlouva je uzavřena okamžikem potvrzení objednávky prodávajícím, pokud se strany nedohodnou jinak.</w:t>
      </w:r>
    </w:p>
    <w:p>
      <w:r>
        <w:rPr>
          <w:b w:val="0"/>
        </w:rPr>
        <w:t>2.5. Prodávající může objednávku odmítnout zejména při nedostupnosti zboží, zjevné chybě v ceně či popisu nebo pokud objednávku za uvedených podmínek nelze realizovat.</w:t>
      </w:r>
    </w:p>
    <w:p>
      <w:pPr>
        <w:pStyle w:val="Heading1"/>
      </w:pPr>
      <w:r>
        <w:t>3. Cena zboží</w:t>
      </w:r>
    </w:p>
    <w:p>
      <w:r>
        <w:rPr>
          <w:b w:val="0"/>
        </w:rPr>
        <w:t>3.1. Aktuální cena je uvedena u konkrétního produktu nebo je zákazníkovi sdělena před potvrzením objednávky.</w:t>
      </w:r>
    </w:p>
    <w:p>
      <w:r>
        <w:rPr>
          <w:b w:val="0"/>
        </w:rPr>
        <w:t>3.2. Není-li uvedeno jinak, cena zahrnuje DPH a zákonné poplatky vztahující se ke zboží.</w:t>
      </w:r>
    </w:p>
    <w:p>
      <w:r>
        <w:rPr>
          <w:b w:val="0"/>
        </w:rPr>
        <w:t>3.3. Cena dopravy není zahrnuta v ceně zboží, není-li výslovně uvedeno jinak. Cena dopravy bude zákazníkovi sdělena před uzavřením smlouvy.</w:t>
      </w:r>
    </w:p>
    <w:p>
      <w:r>
        <w:rPr>
          <w:b w:val="0"/>
        </w:rPr>
        <w:t>3.4. U motocyklů může být konečná cena závislá na konkrétní konfiguraci, homologaci, příslušenství nebo požadavcích zákazníka.</w:t>
      </w:r>
    </w:p>
    <w:p>
      <w:pPr>
        <w:pStyle w:val="Heading1"/>
      </w:pPr>
      <w:r>
        <w:t>4. Platební podmínky</w:t>
      </w:r>
    </w:p>
    <w:p>
      <w:r>
        <w:rPr>
          <w:b w:val="0"/>
        </w:rPr>
        <w:t>4.1. Zákazník může cenu uhradit zejména bankovním převodem nebo v hotovosti při osobním odběru. Prodávající může nabídnout i další platební způsoby.</w:t>
      </w:r>
    </w:p>
    <w:p>
      <w:r>
        <w:rPr>
          <w:b w:val="0"/>
        </w:rPr>
        <w:t>4.2. U individuálních objednávek motocyklů může prodávající požadovat zálohu nebo úhradu celé kupní ceny před objednáním či expedicí motocyklu.</w:t>
      </w:r>
    </w:p>
    <w:p>
      <w:r>
        <w:rPr>
          <w:b w:val="0"/>
        </w:rPr>
        <w:t>4.3. Konkrétní platební podmínky jsou zákazníkovi sděleny před uzavřením kupní smlouvy.</w:t>
      </w:r>
    </w:p>
    <w:p>
      <w:pPr>
        <w:pStyle w:val="Heading1"/>
      </w:pPr>
      <w:r>
        <w:t>5. Dodání zboží</w:t>
      </w:r>
    </w:p>
    <w:p>
      <w:r>
        <w:rPr>
          <w:b w:val="0"/>
        </w:rPr>
        <w:t>5.1. Zboží může být předáno osobně na provozovně, vlastní dopravou prodávajícího nebo prostřednictvím smluvního dopravce či kurýrní služby.</w:t>
      </w:r>
    </w:p>
    <w:p>
      <w:r>
        <w:rPr>
          <w:b w:val="0"/>
        </w:rPr>
        <w:t>5.2. Termín dodání motocyklu závisí na jeho dostupnosti. U motocyklů objednávaných u výrobce nebo dovozce je zákazník informován o předpokládaném termínu.</w:t>
      </w:r>
    </w:p>
    <w:p>
      <w:r>
        <w:rPr>
          <w:b w:val="0"/>
        </w:rPr>
        <w:t>5.3. Motocykly zasílané prostřednictvím kurýrní nebo přepravní služby mohou být z důvodu přepravy dodávány v přepravním obalu a v částečně rozebraném stavu. Rozsah nutné montáže se může lišit podle konkrétního modelu.</w:t>
      </w:r>
    </w:p>
    <w:p>
      <w:r>
        <w:rPr>
          <w:b w:val="0"/>
        </w:rPr>
        <w:t>5.4. Zákazník by měl při převzetí zkontrolovat stav obalu a při jeho zjevném poškození tuto skutečnost vhodným způsobem zaznamenat u dopravce.</w:t>
      </w:r>
    </w:p>
    <w:p>
      <w:r>
        <w:rPr>
          <w:b w:val="0"/>
        </w:rPr>
        <w:t>5.5. U motocyklů může být s ohledem na jejich povahu doporučeno odborné sestavení, kontrola a uvedení do provozu. Konkrétní podmínky se mohou lišit podle modelu.</w:t>
      </w:r>
    </w:p>
    <w:p>
      <w:pPr>
        <w:pStyle w:val="Heading1"/>
      </w:pPr>
      <w:r>
        <w:t>6. Osobní odběr</w:t>
      </w:r>
    </w:p>
    <w:p>
      <w:r>
        <w:rPr>
          <w:b w:val="0"/>
        </w:rPr>
        <w:t>6.1. Osobní odběr a servisní či reklamační úkony jsou možné na provozovně Sazomín 59, Česká republika.</w:t>
      </w:r>
    </w:p>
    <w:p>
      <w:r>
        <w:rPr>
          <w:b w:val="0"/>
        </w:rPr>
        <w:t>6.2. Konkrétní termín převzetí motocyklu je vhodné předem dohodnout.</w:t>
      </w:r>
    </w:p>
    <w:p>
      <w:pPr>
        <w:pStyle w:val="Heading1"/>
      </w:pPr>
      <w:r>
        <w:t>7. Nové, předváděcí a použité motocykly</w:t>
      </w:r>
    </w:p>
    <w:p>
      <w:r>
        <w:rPr>
          <w:b w:val="0"/>
        </w:rPr>
        <w:t>7.1. EVmoto.cz nabízí nové, předváděcí i použité motocykly.</w:t>
      </w:r>
    </w:p>
    <w:p>
      <w:r>
        <w:rPr>
          <w:b w:val="0"/>
        </w:rPr>
        <w:t>7.2. U předváděcích a použitých motocyklů může být uveden jejich skutečný stav, počet motohodin, počet kilometrů, známé kosmetické vady, známky používání nebo jiné relevantní skutečnosti.</w:t>
      </w:r>
    </w:p>
    <w:p>
      <w:r>
        <w:rPr>
          <w:b w:val="0"/>
        </w:rPr>
        <w:t>7.3. Cena a stav předváděcího nebo použitého motocyklu zohledňují jeho předchozí používání a konkrétní stav.</w:t>
      </w:r>
    </w:p>
    <w:p>
      <w:r>
        <w:rPr>
          <w:b w:val="0"/>
        </w:rPr>
        <w:t>7.4. Konkrétní vady nebo odchylky od obvyklého stavu, které jsou zákazníkovi předem sděleny nebo uvedeny v popisu motocyklu, se posuzují podle příslušných právních předpisů a nelze je následně uplatnit jako vadu, o které byl kupující předem informován.</w:t>
      </w:r>
    </w:p>
    <w:p>
      <w:pPr>
        <w:pStyle w:val="Heading1"/>
      </w:pPr>
      <w:r>
        <w:t>8. Odpovědnost za vady a reklamace</w:t>
      </w:r>
    </w:p>
    <w:p>
      <w:r>
        <w:rPr>
          <w:b w:val="0"/>
        </w:rPr>
        <w:t>8.1. Prodávající odpovídá kupujícímu za to, že zboží při převzetí nemá vady a odpovídá sjednaným vlastnostem a zákonným požadavkům.</w:t>
      </w:r>
    </w:p>
    <w:p>
      <w:r>
        <w:rPr>
          <w:b w:val="0"/>
        </w:rPr>
        <w:t>8.2. Práva z vadného plnění se řídí občanským zákoníkem a zákonem o ochraně spotřebitele.</w:t>
      </w:r>
    </w:p>
    <w:p>
      <w:r>
        <w:rPr>
          <w:b w:val="0"/>
        </w:rPr>
        <w:t>8.3. Reklamaci lze uplatnit na provozovně Sazomín 59 nebo po předchozí dohodě písemně prostřednictvím e-mailu evmoto@ironsystem.cz.</w:t>
      </w:r>
    </w:p>
    <w:p>
      <w:r>
        <w:rPr>
          <w:b w:val="0"/>
        </w:rPr>
        <w:t>8.4. Při reklamaci je vhodné uvést jméno a kontaktní údaje, doklad o koupi, označení zboží, popis vady a požadovaný způsob vyřízení reklamace.</w:t>
      </w:r>
    </w:p>
    <w:p>
      <w:r>
        <w:rPr>
          <w:b w:val="0"/>
        </w:rPr>
        <w:t>8.5. U spotřebitele bude reklamace včetně odstranění vady vyřízena a spotřebitel o tom bude informován nejpozději do 30 dnů, pokud se strany nedohodnou na delší lhůtě.</w:t>
      </w:r>
    </w:p>
    <w:p>
      <w:r>
        <w:rPr>
          <w:b w:val="0"/>
        </w:rPr>
        <w:t>8.6. U kupujícího, který je podnikatelem, se práva z vadného plnění řídí občanským zákoníkem a podmínkami sjednanými v konkrétní kupní smlouvě.</w:t>
      </w:r>
    </w:p>
    <w:p>
      <w:pPr>
        <w:pStyle w:val="Heading1"/>
      </w:pPr>
      <w:r>
        <w:t>9. Odstoupení spotřebitele od smlouvy</w:t>
      </w:r>
    </w:p>
    <w:p>
      <w:r>
        <w:rPr>
          <w:b w:val="0"/>
        </w:rPr>
        <w:t>9.1. Je-li kupující spotřebitelem a byla-li kupní smlouva uzavřena prostřednictvím prostředků komunikace na dálku, má právo odstoupit od smlouvy ve lhůtě 14 dnů, nestanoví-li právní předpis jinak.</w:t>
      </w:r>
    </w:p>
    <w:p>
      <w:r>
        <w:rPr>
          <w:b w:val="0"/>
        </w:rPr>
        <w:t>9.2. Lhůta začíná běžet za podmínek stanovených občanským zákoníkem.</w:t>
      </w:r>
    </w:p>
    <w:p>
      <w:r>
        <w:rPr>
          <w:b w:val="0"/>
        </w:rPr>
        <w:t>9.3. Spotřebitel může od smlouvy odstoupit jednoznačným prohlášením zaslaným na e-mail evmoto@ironsystem.cz nebo na adresu prodávajícího.</w:t>
      </w:r>
    </w:p>
    <w:p>
      <w:r>
        <w:rPr>
          <w:b w:val="0"/>
        </w:rPr>
        <w:t>9.4. Spotřebitel může využít vzorový formulář pro odstoupení od smlouvy zveřejněný na webových stránkách EVmoto.cz.</w:t>
      </w:r>
    </w:p>
    <w:p>
      <w:r>
        <w:rPr>
          <w:b w:val="0"/>
        </w:rPr>
        <w:t>9.5. Formulář pro odstoupení je dostupný samostatně na webu v sekci Obchodní podmínky jako dokument ke stažení.</w:t>
      </w:r>
    </w:p>
    <w:p>
      <w:r>
        <w:rPr>
          <w:b w:val="0"/>
        </w:rPr>
        <w:t>9.6. Spotřebitel není povinen uvádět důvod odstoupení.</w:t>
      </w:r>
    </w:p>
    <w:p>
      <w:r>
        <w:rPr>
          <w:b w:val="0"/>
        </w:rPr>
        <w:t>9.7. Právo na odstoupení nelze podmínit tím, že motocykl nebyl použit k jízdě nebo nebyl registrován. Spotřebitel však odpovídá za snížení hodnoty zboží, které vzniklo v důsledku nakládání se zbožím nad rámec nutný k seznámení s jeho povahou, vlastnostmi a funkčností.</w:t>
      </w:r>
    </w:p>
    <w:p>
      <w:r>
        <w:rPr>
          <w:b w:val="0"/>
        </w:rPr>
        <w:t>9.8. U motocyklu se za nakládání nad tento rámec může považovat zejména běžné používání k jízdě, jízdní zkoušky v terénu nebo silničním provozu a jiné používání vedoucí k opotřebení, které není nezbytné k ověření vlastností a funkčnosti.</w:t>
      </w:r>
    </w:p>
    <w:p>
      <w:r>
        <w:rPr>
          <w:b w:val="0"/>
        </w:rPr>
        <w:t>9.9. Zahájí-li spotřebitel před uplynutím lhůty pro odstoupení úkony spojené s registrací, přihlášením nebo uvedením motocyklu do provozu, může takové jednání vést ke snížení hodnoty motocyklu a k odpovědnosti spotřebitele za toto snížení v rozsahu stanoveném právními předpisy.</w:t>
      </w:r>
    </w:p>
    <w:p>
      <w:r>
        <w:rPr>
          <w:b w:val="0"/>
        </w:rPr>
        <w:t>9.10. Právo na odstoupení se nevztahuje na případy, u nichž to stanoví zákon, zejména na zákonné výjimky podle občanského zákoníku.</w:t>
      </w:r>
    </w:p>
    <w:p>
      <w:pPr>
        <w:pStyle w:val="Heading1"/>
      </w:pPr>
      <w:r>
        <w:t>10. Vrácení zboží a peněz při odstoupení</w:t>
      </w:r>
    </w:p>
    <w:p>
      <w:r>
        <w:rPr>
          <w:b w:val="0"/>
        </w:rPr>
        <w:t>10.1. Po odstoupení od smlouvy spotřebitel vrátí zboží prodávajícímu bez zbytečného odkladu, nejpozději ve lhůtě stanovené zákonem.</w:t>
      </w:r>
    </w:p>
    <w:p>
      <w:r>
        <w:rPr>
          <w:b w:val="0"/>
        </w:rPr>
        <w:t>10.2. Náklady na vrácení zboží nese spotřebitel, pokud právní předpis nestanoví jinak.</w:t>
      </w:r>
    </w:p>
    <w:p>
      <w:r>
        <w:rPr>
          <w:b w:val="0"/>
        </w:rPr>
        <w:t>10.3. Vzhledem k povaze a rozměrům některých motocyklů nemusí být možné jejich vrácení běžnou poštovní přepravou. V takovém případě nese spotřebitel přímé náklady na vrácení zboží. Před uzavřením smlouvy bude spotřebiteli sdělena informace o předpokládaném způsobu a nákladech vrácení, pokud je lze v daném případě určit.</w:t>
      </w:r>
    </w:p>
    <w:p>
      <w:r>
        <w:rPr>
          <w:b w:val="0"/>
        </w:rPr>
        <w:t>10.4. Prodávající vrátí spotřebiteli peněžní prostředky v rozsahu stanoveném zákonem, včetně nákladů na dodání zboží odpovídajících nejlevnějšímu nabízenému způsobu dodání.</w:t>
      </w:r>
    </w:p>
    <w:p>
      <w:r>
        <w:rPr>
          <w:b w:val="0"/>
        </w:rPr>
        <w:t>10.5. Prodávající může s vrácením peněžních prostředků počkat do převzetí zboží nebo do prokázání jeho odeslání.</w:t>
      </w:r>
    </w:p>
    <w:p>
      <w:r>
        <w:rPr>
          <w:b w:val="0"/>
        </w:rPr>
        <w:t>10.6. Při odstoupení nenese spotřebitel náklady na uvedení zboží do původního stavu jako paušální poplatek; případná odpovědnost se posuzuje podle skutečného snížení hodnoty zboží.</w:t>
      </w:r>
    </w:p>
    <w:p>
      <w:pPr>
        <w:pStyle w:val="Heading1"/>
      </w:pPr>
      <w:r>
        <w:t>11. Ochrana spotřebitele a mimosoudní řešení sporů</w:t>
      </w:r>
    </w:p>
    <w:p>
      <w:r>
        <w:rPr>
          <w:b w:val="0"/>
        </w:rPr>
        <w:t>11.1. Spotřebitel má právo na mimosoudní řešení spotřebitelského sporu prostřednictvím České obchodní inspekce (ČOI).</w:t>
      </w:r>
    </w:p>
    <w:p>
      <w:r>
        <w:rPr>
          <w:b w:val="0"/>
        </w:rPr>
        <w:t>11.2. Informace o mimosoudním řešení spotřebitelských sporů jsou dostupné na internetových stránkách České obchodní inspekce.</w:t>
      </w:r>
    </w:p>
    <w:p>
      <w:pPr>
        <w:pStyle w:val="Heading1"/>
      </w:pPr>
      <w:r>
        <w:t>12. Ochrana osobních údajů</w:t>
      </w:r>
    </w:p>
    <w:p>
      <w:r>
        <w:rPr>
          <w:b w:val="0"/>
        </w:rPr>
        <w:t>12.1. Informace o zpracování osobních údajů zákazníků jsou uvedeny v samostatném dokumentu Zásady ochrany osobních údajů, který je dostupný na webových stránkách EVmoto.cz.</w:t>
      </w:r>
    </w:p>
    <w:p>
      <w:pPr>
        <w:pStyle w:val="Heading1"/>
      </w:pPr>
      <w:r>
        <w:t>13. Závěrečná ustanovení</w:t>
      </w:r>
    </w:p>
    <w:p>
      <w:r>
        <w:rPr>
          <w:b w:val="0"/>
        </w:rPr>
        <w:t>13.1. Tyto obchodní podmínky nabývají účinnosti dne 26. 8. 2026.</w:t>
      </w:r>
    </w:p>
    <w:p>
      <w:r>
        <w:rPr>
          <w:b w:val="0"/>
        </w:rPr>
        <w:t>13.2. Prodávající je oprávněn obchodní podmínky měnit nebo aktualizovat. Pro konkrétní kupní smlouvu je rozhodné znění obchodních podmínek účinné v okamžiku jejího uzavření, není-li právními předpisy stanoveno jinak.</w:t>
      </w:r>
    </w:p>
    <w:p>
      <w:r>
        <w:rPr>
          <w:b w:val="0"/>
        </w:rPr>
        <w:t>13.3. Tyto obchodní podmínky jsou zveřejněny na internetových stránkách www.evmoto.cz.</w:t>
      </w:r>
    </w:p>
    <w:p>
      <w:r>
        <w:br w:type="page"/>
      </w:r>
    </w:p>
    <w:p>
      <w:pPr>
        <w:jc w:val="center"/>
      </w:pPr>
      <w:r>
        <w:rPr>
          <w:b/>
          <w:sz w:val="36"/>
        </w:rPr>
        <w:t>FORMULÁŘ PRO ODSTOUPENÍ OD KUPNÍ SMLOUVY</w:t>
      </w:r>
    </w:p>
    <w:p>
      <w:r>
        <w:rPr>
          <w:b w:val="0"/>
        </w:rPr>
        <w:t>Tento formulář je určen spotřebitelům pro odstoupení od smlouvy uzavřené na dálku, pokud je odstoupení podle právních předpisů možné.</w:t>
      </w:r>
    </w:p>
    <w:p>
      <w:r>
        <w:rPr>
          <w:b w:val="0"/>
        </w:rPr>
        <w:t>Adresát: IRON SYSTEM a.s., Karlov 2223, 594 01 Velké Meziříčí, e-mail: evmoto@ironsystem.cz</w:t>
      </w:r>
    </w:p>
    <w:p>
      <w:r>
        <w:rPr>
          <w:b w:val="0"/>
        </w:rPr>
        <w:t>Jméno a příjmení spotřebitele: ______________________________________________</w:t>
      </w:r>
    </w:p>
    <w:p>
      <w:r>
        <w:rPr>
          <w:b w:val="0"/>
        </w:rPr>
        <w:t>Adresa spotřebitele: _______________________________________________________</w:t>
      </w:r>
    </w:p>
    <w:p>
      <w:r>
        <w:rPr>
          <w:b w:val="0"/>
        </w:rPr>
        <w:t>E-mail / telefon: __________________________________________________________</w:t>
      </w:r>
    </w:p>
    <w:p>
      <w:r>
        <w:rPr>
          <w:b w:val="0"/>
        </w:rPr>
        <w:t>Číslo objednávky / kupní smlouvy: __________________________________________</w:t>
      </w:r>
    </w:p>
    <w:p>
      <w:r>
        <w:rPr>
          <w:b w:val="0"/>
        </w:rPr>
        <w:t>Datum objednávky: ____________________    Datum převzetí: ____________________</w:t>
      </w:r>
    </w:p>
    <w:p>
      <w:r>
        <w:rPr>
          <w:b w:val="0"/>
        </w:rPr>
        <w:t>Označení motocyklu / zboží: _________________________________________________</w:t>
      </w:r>
    </w:p>
    <w:p>
      <w:r>
        <w:rPr>
          <w:b w:val="0"/>
        </w:rPr>
        <w:t>VIN / výrobní číslo (je-li relevantní): ______________________________________</w:t>
      </w:r>
    </w:p>
    <w:p>
      <w:r>
        <w:rPr>
          <w:b w:val="0"/>
        </w:rPr>
      </w:r>
    </w:p>
    <w:p>
      <w:r>
        <w:rPr>
          <w:b/>
        </w:rPr>
        <w:t>OZNÁMENÍ O ODSTOUPENÍ OD SMLOUVY</w:t>
      </w:r>
    </w:p>
    <w:p>
      <w:r>
        <w:rPr>
          <w:b w:val="0"/>
        </w:rPr>
        <w:t>Tímto oznamuji, že odstupuji od výše uvedené kupní smlouvy uzavřené s IRON SYSTEM a.s. a žádám o vrácení uhrazených peněžních prostředků v rozsahu stanoveném právními předpisy.</w:t>
      </w:r>
    </w:p>
    <w:p>
      <w:r>
        <w:rPr>
          <w:b w:val="0"/>
        </w:rPr>
      </w:r>
    </w:p>
    <w:p>
      <w:r>
        <w:rPr>
          <w:b w:val="0"/>
        </w:rPr>
        <w:t>Číslo účtu pro vrácení platby (pokud se liší od původního způsobu platby):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</w:r>
    </w:p>
    <w:p>
      <w:r>
        <w:rPr>
          <w:b w:val="0"/>
        </w:rPr>
        <w:t>Datum: __________________________    Podpis spotřebitele: __________________________</w:t>
      </w:r>
    </w:p>
    <w:p>
      <w:r>
        <w:rPr>
          <w:b w:val="0"/>
        </w:rPr>
      </w:r>
    </w:p>
    <w:p>
      <w:r>
        <w:rPr>
          <w:b w:val="0"/>
        </w:rPr>
        <w:t>Poznámka: Odstoupení lze zaslat také e-mailem na evmoto@ironsystem.cz. Formulář není nutné použít; rozhodující je jednoznačné oznámení spotřebitele, že od smlouvy odstupuje.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